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הסיגד – הסיפור של אלמז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מהלך האירועים בסיפור על 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בחג הסיגד: קסים, אורית, ברית, צום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דרך שאלות, נכון-לא נכון וסידור 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–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כ"ט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מנהיגים דתיים של הקהילה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נאמר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הם המנהיגים הרוחניים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סידור אירועי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טירונש מביטה צפונה מן הגבעה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המטוס נוחת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עולים להר בצום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אלמז כותבת את "המסע שלי"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היא מצאה סל מיוחד עם זיכרונות וחפצים ממשפחת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טבלו בנהר וכיבסו בגדים לבנים לקראת הטקס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כתב סיפור אישי קצר וברור, הקשור למשפחה או למסורת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כ"ט בחשוון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קוראים מן האורית על חידוש הברית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געגוע ותקווה לעלות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לפני מילוי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הסידור מומלץ לתלות את המשפטים על הלוח ולסדר יחד במליאה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החלש ניתן להשמיט את הפריטים המסומנים כקשים (skip_n)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הסיגד – הסיפור של אלמז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הבנת הנקרא על סיפורה של אלמז ומשפחתה, שעלו מאתיופיה וחוגגים את חג הסיגד. נכיר את מנהגי החג ואת רגשות הדמויות לאורך הסיפור.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–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כ"ט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ט"ו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הם הקסים?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רופאים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מנהיגים דתיים של הקהילה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חיילים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הסיגד חל בכ"ט בחשוון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הקסים הם מנהיגי הקהילה הדתיים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סידור אירועי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עולים להר בצום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אלמז כותבת את "המסע שלי"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טירונש מביטה צפונה מן הגבעה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המטוס נוחת בישראל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מצאה אלמז אצל סבתא?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התכוננה הקהילה לחג הסיגד?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הסיפור של המשפחה שלכם? כתבו כמה משפטים על מסורת, חג או זיכרון משפחתי מיוחד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חל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הקסים בראש ההר?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הסיגד – הסיפור של אלמז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