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הסיגד – הסיפור של אלמז 🌾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הסיגד – הסיפור של אלמז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מהלך האירועים בסיפור על חג הסיגד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בחג הסיגד: קסים, אורית, ברית, צום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דרך שאלות, נכון-לא נכון וסידור 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–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כ"ט בחשוון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השתחוויה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מנהיגים דתיים של הקהילה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חידוש הברית בימי עזרא ונחמיה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2008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בגדים לבנים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נאמר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לובשים בגדים לבנים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הם המנהיגים הרוחניים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פירושו השתחוויה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מתואר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היא גדלה באזור גבעות באתיופיה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סידור אירועי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טירונש מביטה צפונה מן הגבעה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המשפחה הולכת בדרך הארוכה לישראל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המטוס נוחת בישראל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עולים להר בצום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שוברים את הצום בשמחה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אלמז כותבת את "המסע שלי"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שאלות פתוחות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היא מצאה סל מיוחד עם זיכרונות וחפצים ממשפחת סבתא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היא הביטה צפונה, כי שם חלמה על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טבלו בנהר וכיבסו בגדים לבנים לקראת הטקס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בני המשפחה והקהילה הצטרפו לחגיגה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 כתב סיפור אישי קצר וברור, הקשור למשפחה או למסורת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כ"ט בחשוון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קוראים מן האורית על חידוש הברית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געגוע ותקווה לעלות לירושלים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הסיפור בקול לפני מילוי הדף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הסידור מומלץ לתלות את המשפטים על הלוח ולסדר יחד במליאה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לחלק החלש ניתן להשמיט את הפריטים המסומנים כקשים (skip_n)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הסיגד – הסיפור של אלמז 🌾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הסיגד – הסיפור של אלמז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שאלות על הסיפור של אלמז. הסיפור מספר על חג הסיגד ועל המשפחה שלה.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סיגד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יהודי-אתיופי של חידוש הברית עם האל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קסים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מנהיגים דתיים בקהילה היהודית-אתיופית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כתבי הקודש שקוראים מהם בטקס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הסכם או התחייבות בין האל לעם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הימנעות מאכילה ושתייה ליום שלם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גבעה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תל קטן שמטפסים עליו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מחברת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דפים כתובים שבהם רושמים זיכרונות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–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תאריך חוגגים את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כ"ט בחשוון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ט"ו בשבט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ראש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פסח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המשמעות של המילה 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השתחוויה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זה קסים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רופאים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מנהיגים דתיים של הקהילה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מורים בבית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קוראים בטקס בראש ההר?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חידוש הברית בימי עזרא ונחמיה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יציאת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בריאת העולם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מלכי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הסיגד הפך לחג לאומי?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1998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2003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2008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איזה צבע בגדים לובשים בחג?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בגדים שחורים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בגדים לבנים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בגדים צבעוניים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מדי צבא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הסיגד חל בכ"ט בחשוון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ביום הסיגד לובשים בגדים שחורים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הקסים הם מנהיגי הקהילה הדתיים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"סיגד" פירושו ריקוד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בטקס קוראים על חידוש הברית בימי עזרא ונחמיה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סבתא טירונש גדלה ליד הים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סידור אירועי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המטוס נוחת בישראל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שוברים את הצום בשמחה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עולים להר בצום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אלמז כותבת את "המסע שלי"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טירונש מביטה צפונה מן הגבעה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המשפחה הולכת בדרך הארוכה לישראל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שאלות פתוחות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מצאה אלמז אצל סבתא?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לאן הביטה טירונש כל ערב,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התכוננה הקהילה לחג הסיגד?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הצטרף לאלמז ולסבתא בירושלים?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הסיפור של המשפחה שלכם? כתבו כמה משפטים על מסורת, חג או זיכרון משפחתי מיוחד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חל חג הסיגד?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הקסים בראש ההר?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מרגישה טירונש כשהיא מביטה צפונה?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מסע הסיגד – הסיפור של אלמז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