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האירועים בסיפור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בחג הסיגד: קסים, אורית, ברית, 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שאלות, נכון-לא נכון וסידור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מנהיגים דתיים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חידוש הברית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בגדים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המנהיגים הרוחניים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גדלה באזור גבעות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סידור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טירונש מביטה צפונה מן הגבעה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הולכת בדרך הארוכה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המטוס נוחת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 להר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שוברים את הצום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אלמז כותבת את "המסע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מצאה סל מיוחד עם זיכרונות וחפצים ממשפחת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הביטה צפונה, כי שם חלמה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טבלו בנהר וכיבסו בגדים לבנים לקראת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 המשפחה והקהילה הצטרפו לחגיגה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סיפור אישי קצר וברור, הקשור למשפחה או למסורת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מן האורית על 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ותקווה לעלות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לתלות את המשפטים על הלוח ולסדר יחד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ניתן להשמיט את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הנקרא על סיפורה של אלמז ומשפחתה, שעלו מאתיופיה וחוגגים את חג הסיגד. נכיר את מנהגי החג ואת רגשות הדמויות לאורך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ט"ו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מנהיגים דתיים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קוראים הקסים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חידוש הברית בימי עזרא ונחמיה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מלכי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הפך הסיגד לחג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בגדים לובשים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 צבא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לובשים בגדים שחורים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 הקהילה הדתיים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"סיגד" פירושו ריקוד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קוראים על חידוש הברית בימי עזרא ונחמיה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טירונש גדלה ליד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סידור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המטוס נוחת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להר בצום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טירונש מביטה צפונה מן הגבעה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כותבת את "המסע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הולכת בדרך הארוכה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אלמז אצל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הביטה טירונש כל ערב,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התכוננה הקהילה לחג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הצטרף לאלמז ולסבתא בירושלים?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הסיפור של המשפחה שלכם? כתבו כמה משפטים על מסורת, חג או זיכרון משפחתי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מרגישה טירונש כשהיא מביטה צפונה?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